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color w:val="365F91"/>
          <w:sz w:val="40"/>
          <w:szCs w:val="40"/>
          <w:lang w:val="cs-CZ"/>
        </w:rPr>
      </w:pPr>
      <w:r>
        <w:rPr>
          <w:rFonts w:ascii="Calibri Light" w:hAnsi="Calibri Light"/>
          <w:color w:val="365F91"/>
          <w:sz w:val="40"/>
          <w:szCs w:val="40"/>
          <w:lang w:val="cs-CZ"/>
        </w:rPr>
        <w:t>VÝPOVĚĎ</w:t>
      </w:r>
      <w:r>
        <w:rPr>
          <w:rFonts w:ascii="Calibri Light" w:hAnsi="Calibri Light"/>
          <w:color w:val="365F91"/>
          <w:sz w:val="40"/>
          <w:szCs w:val="40"/>
          <w:lang w:val="cs-CZ"/>
        </w:rPr>
        <w:t xml:space="preserve"> ČLENSTVÍ</w:t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bCs/>
          <w:lang w:val="cs-CZ"/>
        </w:rPr>
        <w:t>Příjmení:</w:t>
      </w:r>
      <w:r>
        <w:rPr>
          <w:rFonts w:ascii="Calibri Light" w:hAnsi="Calibri Light"/>
          <w:b/>
          <w:lang w:val="cs-CZ"/>
        </w:rPr>
        <w:t xml:space="preserve"> ______________________________________   </w:t>
      </w:r>
      <w:r>
        <w:rPr>
          <w:rFonts w:ascii="Calibri Light" w:hAnsi="Calibri Light"/>
          <w:b/>
          <w:bCs/>
          <w:lang w:val="cs-CZ"/>
        </w:rPr>
        <w:t>Jméno:</w:t>
      </w:r>
      <w:r>
        <w:rPr>
          <w:rFonts w:ascii="Calibri Light" w:hAnsi="Calibri Light"/>
          <w:b/>
          <w:lang w:val="cs-CZ"/>
        </w:rPr>
        <w:t xml:space="preserve"> ________________________________________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Adresa: </w:t>
      </w:r>
      <w:r>
        <w:rPr>
          <w:rFonts w:ascii="Calibri Light" w:hAnsi="Calibri Light"/>
          <w:lang w:val="cs-CZ"/>
        </w:rPr>
        <w:t xml:space="preserve">_______________________________________   </w:t>
      </w:r>
      <w:r>
        <w:rPr>
          <w:rFonts w:ascii="Calibri Light" w:hAnsi="Calibri Light"/>
          <w:b/>
          <w:lang w:val="cs-CZ"/>
        </w:rPr>
        <w:t xml:space="preserve">Město: </w:t>
      </w:r>
      <w:r>
        <w:rPr>
          <w:rFonts w:ascii="Calibri Light" w:hAnsi="Calibri Light"/>
          <w:lang w:val="cs-CZ"/>
        </w:rPr>
        <w:t>________________________________________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PSČ: </w:t>
      </w:r>
      <w:r>
        <w:rPr>
          <w:rFonts w:ascii="Calibri Light" w:hAnsi="Calibri Light"/>
          <w:lang w:val="cs-CZ"/>
        </w:rPr>
        <w:t xml:space="preserve">__________________________________________  </w:t>
      </w:r>
      <w:r>
        <w:rPr>
          <w:rFonts w:ascii="Calibri Light" w:hAnsi="Calibri Light"/>
          <w:b/>
          <w:lang w:val="cs-CZ"/>
        </w:rPr>
        <w:t xml:space="preserve">Telefon: </w:t>
      </w:r>
      <w:r>
        <w:rPr>
          <w:rFonts w:ascii="Calibri Light" w:hAnsi="Calibri Light"/>
          <w:lang w:val="cs-CZ"/>
        </w:rPr>
        <w:t>_______________________________________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 w:eastAsia="en-US" w:bidi="ar-SA"/>
        </w:rPr>
        <w:t>Výpověď ke dni</w:t>
      </w:r>
      <w:r>
        <w:rPr>
          <w:rFonts w:ascii="Calibri Light" w:hAnsi="Calibri Light"/>
          <w:b/>
          <w:lang w:val="cs-CZ" w:eastAsia="en-US" w:bidi="ar-SA"/>
        </w:rPr>
        <w:t>:</w:t>
      </w:r>
      <w:r>
        <w:rPr>
          <w:b/>
        </w:rPr>
        <w:t xml:space="preserve"> </w:t>
      </w:r>
      <w:r>
        <w:rPr/>
        <w:t>___________________________________________________</w:t>
      </w:r>
    </w:p>
    <w:p>
      <w:pPr>
        <w:pStyle w:val="Normal"/>
        <w:spacing w:before="0" w:after="200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</w:r>
    </w:p>
    <w:p>
      <w:pPr>
        <w:pStyle w:val="Normal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</w:r>
    </w:p>
    <w:p>
      <w:pPr>
        <w:pStyle w:val="BodyText"/>
        <w:rPr>
          <w:rFonts w:ascii="Calibri Light" w:hAnsi="Calibri Light"/>
          <w:sz w:val="24"/>
          <w:szCs w:val="24"/>
          <w:lang w:val="cs-CZ"/>
        </w:rPr>
      </w:pPr>
      <w:r>
        <w:rPr>
          <w:rFonts w:ascii="Calibri Light" w:hAnsi="Calibri Light"/>
          <w:sz w:val="24"/>
          <w:szCs w:val="24"/>
          <w:lang w:val="cs-CZ"/>
        </w:rPr>
      </w:r>
    </w:p>
    <w:p>
      <w:pPr>
        <w:pStyle w:val="Normal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</w:r>
    </w:p>
    <w:p>
      <w:pPr>
        <w:pStyle w:val="Normal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</w:r>
    </w:p>
    <w:p>
      <w:pPr>
        <w:pStyle w:val="Normal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</w:r>
    </w:p>
    <w:p>
      <w:pPr>
        <w:pStyle w:val="Normal"/>
        <w:widowControl/>
        <w:bidi w:val="0"/>
        <w:spacing w:lineRule="auto" w:line="276" w:before="0" w:after="200"/>
        <w:ind w:hanging="0" w:start="-850" w:end="-737"/>
        <w:jc w:val="start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  <w:t>_____________________     ________________________________     ___________________________________</w:t>
      </w:r>
    </w:p>
    <w:p>
      <w:pPr>
        <w:pStyle w:val="Normal"/>
        <w:widowControl/>
        <w:bidi w:val="0"/>
        <w:spacing w:lineRule="auto" w:line="276" w:before="0" w:after="200"/>
        <w:ind w:hanging="0" w:start="-850" w:end="0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               </w:t>
      </w:r>
      <w:r>
        <w:rPr>
          <w:rFonts w:ascii="Calibri Light" w:hAnsi="Calibri Light"/>
          <w:b/>
          <w:lang w:val="cs-CZ"/>
        </w:rPr>
        <w:t>Datum:</w:t>
      </w:r>
      <w:r>
        <w:rPr>
          <w:rFonts w:ascii="Calibri Light" w:hAnsi="Calibri Light"/>
          <w:lang w:val="cs-CZ"/>
        </w:rPr>
        <w:t xml:space="preserve">                                              </w:t>
      </w:r>
      <w:r>
        <w:rPr>
          <w:rFonts w:ascii="Calibri Light" w:hAnsi="Calibri Light"/>
          <w:b/>
          <w:lang w:val="cs-CZ"/>
        </w:rPr>
        <w:t xml:space="preserve">Podpis žadatele:                                           Podpis (Buprko s.r.o.): 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 Light"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dpis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LibreOffice/25.8.5.2$Windows_X86_64 LibreOffice_project/9c8b85f387cc00a89945a79c9e6239f32e450ac2</Application>
  <AppVersion>15.0000</AppVersion>
  <Pages>1</Pages>
  <Words>27</Words>
  <Characters>487</Characters>
  <CharactersWithSpaces>623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2026-04-10T09:06:28Z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