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jc w:val="center"/>
        <w:rPr>
          <w:rFonts w:ascii="Calibri Light" w:hAnsi="Calibri Light"/>
          <w:sz w:val="40"/>
          <w:szCs w:val="40"/>
          <w:lang w:val="cs-CZ"/>
        </w:rPr>
      </w:pPr>
      <w:r>
        <w:rPr>
          <w:rFonts w:ascii="Calibri Light" w:hAnsi="Calibri Light"/>
          <w:sz w:val="40"/>
          <w:szCs w:val="40"/>
          <w:lang w:val="cs-CZ"/>
        </w:rPr>
        <w:t>PŘEVOD ČLENSTVÍ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Heading1"/>
        <w:spacing w:lineRule="auto" w:line="480" w:before="138" w:after="57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Osobní údaje PŘEVODCE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Příjmení: </w:t>
      </w:r>
      <w:r>
        <w:rPr>
          <w:rFonts w:ascii="Calibri Light" w:hAnsi="Calibri Light"/>
          <w:b/>
          <w:lang w:val="cs-CZ"/>
        </w:rPr>
        <w:t xml:space="preserve">______________________________________   </w:t>
      </w:r>
      <w:r>
        <w:rPr>
          <w:rFonts w:ascii="Calibri Light" w:hAnsi="Calibri Light"/>
          <w:b/>
          <w:lang w:val="cs-CZ"/>
        </w:rPr>
        <w:t xml:space="preserve">Jméno: </w:t>
      </w:r>
      <w:r>
        <w:rPr>
          <w:rFonts w:ascii="Calibri Light" w:hAnsi="Calibri Light"/>
          <w:b/>
          <w:lang w:val="cs-CZ"/>
        </w:rPr>
        <w:t>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Adresa: </w:t>
      </w:r>
      <w:r>
        <w:rPr>
          <w:rFonts w:ascii="Calibri Light" w:hAnsi="Calibri Light"/>
          <w:lang w:val="cs-CZ"/>
        </w:rPr>
        <w:t>_________________________</w:t>
      </w:r>
      <w:r>
        <w:rPr>
          <w:rFonts w:ascii="Calibri Light" w:hAnsi="Calibri Light"/>
          <w:lang w:val="cs-CZ"/>
        </w:rPr>
        <w:t xml:space="preserve">______________   </w:t>
      </w:r>
      <w:r>
        <w:rPr>
          <w:rFonts w:ascii="Calibri Light" w:hAnsi="Calibri Light"/>
          <w:b/>
          <w:lang w:val="cs-CZ"/>
        </w:rPr>
        <w:t xml:space="preserve">Město: </w:t>
      </w:r>
      <w:r>
        <w:rPr>
          <w:rFonts w:ascii="Calibri Light" w:hAnsi="Calibri Light"/>
          <w:lang w:val="cs-CZ"/>
        </w:rPr>
        <w:t>___________________________________</w:t>
      </w:r>
      <w:r>
        <w:rPr>
          <w:rFonts w:ascii="Calibri Light" w:hAnsi="Calibri Light"/>
          <w:lang w:val="cs-CZ"/>
        </w:rPr>
        <w:t>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PSČ: </w:t>
      </w:r>
      <w:r>
        <w:rPr>
          <w:rFonts w:ascii="Calibri Light" w:hAnsi="Calibri Light"/>
          <w:lang w:val="cs-CZ"/>
        </w:rPr>
        <w:t>_______________________________________</w:t>
      </w:r>
      <w:r>
        <w:rPr>
          <w:rFonts w:ascii="Calibri Light" w:hAnsi="Calibri Light"/>
          <w:lang w:val="cs-CZ"/>
        </w:rPr>
        <w:t xml:space="preserve">___  </w:t>
      </w:r>
      <w:r>
        <w:rPr>
          <w:rFonts w:ascii="Calibri Light" w:hAnsi="Calibri Light"/>
          <w:b/>
          <w:lang w:val="cs-CZ"/>
        </w:rPr>
        <w:t xml:space="preserve">Telefon: </w:t>
      </w:r>
      <w:r>
        <w:rPr>
          <w:rFonts w:ascii="Calibri Light" w:hAnsi="Calibri Light"/>
          <w:lang w:val="cs-CZ"/>
        </w:rPr>
        <w:t>___________________________________</w:t>
      </w:r>
      <w:r>
        <w:rPr>
          <w:rFonts w:ascii="Calibri Light" w:hAnsi="Calibri Light"/>
          <w:lang w:val="cs-CZ"/>
        </w:rPr>
        <w:t>____</w:t>
      </w:r>
    </w:p>
    <w:p>
      <w:pPr>
        <w:pStyle w:val="Heading1"/>
        <w:spacing w:before="594" w:after="114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Údaje o členství</w:t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Druh členství:</w:t>
      </w:r>
    </w:p>
    <w:p>
      <w:pPr>
        <w:pStyle w:val="Normal"/>
        <w:widowControl/>
        <w:bidi w:val="0"/>
        <w:spacing w:lineRule="auto" w:line="480" w:before="0" w:after="200"/>
        <w:ind w:hanging="0" w:start="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 xml:space="preserve">☐ </w:t>
      </w:r>
      <w:r>
        <w:rPr>
          <w:rFonts w:ascii="Calibri Light" w:hAnsi="Calibri Light"/>
          <w:lang w:val="cs-CZ"/>
        </w:rPr>
        <w:t>individuální členství                  ☐ firemní členství</w:t>
      </w:r>
    </w:p>
    <w:p>
      <w:pPr>
        <w:pStyle w:val="Normal"/>
        <w:spacing w:lineRule="auto" w:line="480" w:before="0" w:after="200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Platnost od </w:t>
      </w:r>
      <w:r>
        <w:rPr>
          <w:rFonts w:ascii="Calibri Light" w:hAnsi="Calibri Light"/>
          <w:b w:val="false"/>
          <w:bCs w:val="false"/>
          <w:lang w:val="cs-CZ"/>
        </w:rPr>
        <w:t>(dd/mm/rrrr)</w:t>
      </w:r>
      <w:r>
        <w:rPr>
          <w:rFonts w:ascii="Calibri Light" w:hAnsi="Calibri Light"/>
          <w:b/>
          <w:lang w:val="cs-CZ"/>
        </w:rPr>
        <w:t xml:space="preserve">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spacing w:before="0" w:after="200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Platnost do </w:t>
      </w:r>
      <w:r>
        <w:rPr>
          <w:rFonts w:ascii="Calibri Light" w:hAnsi="Calibri Light"/>
          <w:b w:val="false"/>
          <w:bCs w:val="false"/>
          <w:lang w:val="cs-CZ"/>
        </w:rPr>
        <w:t>(dd/mm/rrrr)</w:t>
      </w:r>
      <w:r>
        <w:rPr>
          <w:rFonts w:ascii="Calibri Light" w:hAnsi="Calibri Light"/>
          <w:b/>
          <w:lang w:val="cs-CZ"/>
        </w:rPr>
        <w:t xml:space="preserve">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Heading1"/>
        <w:spacing w:lineRule="auto" w:line="480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Osobní údaje PŘÍJEMCE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Příjmení: </w:t>
      </w:r>
      <w:r>
        <w:rPr>
          <w:rFonts w:ascii="Calibri Light" w:hAnsi="Calibri Light"/>
          <w:b/>
          <w:lang w:val="cs-CZ"/>
        </w:rPr>
        <w:t xml:space="preserve">______________________________________  </w:t>
      </w:r>
      <w:r>
        <w:rPr>
          <w:rFonts w:ascii="Calibri Light" w:hAnsi="Calibri Light"/>
          <w:b/>
          <w:lang w:val="cs-CZ"/>
        </w:rPr>
        <w:t xml:space="preserve">Jméno: </w:t>
      </w:r>
      <w:r>
        <w:rPr>
          <w:rFonts w:ascii="Calibri Light" w:hAnsi="Calibri Light"/>
          <w:lang w:val="cs-CZ"/>
        </w:rPr>
        <w:t>_______________________________</w:t>
      </w:r>
      <w:r>
        <w:rPr>
          <w:rFonts w:ascii="Calibri Light" w:hAnsi="Calibri Light"/>
          <w:lang w:val="cs-CZ"/>
        </w:rPr>
        <w:t>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Adresa: </w:t>
      </w:r>
      <w:r>
        <w:rPr>
          <w:rFonts w:ascii="Calibri Light" w:hAnsi="Calibri Light"/>
          <w:lang w:val="cs-CZ"/>
        </w:rPr>
        <w:t>______________________________________</w:t>
      </w:r>
      <w:r>
        <w:rPr>
          <w:rFonts w:ascii="Calibri Light" w:hAnsi="Calibri Light"/>
          <w:lang w:val="cs-CZ"/>
        </w:rPr>
        <w:t xml:space="preserve">_   </w:t>
      </w:r>
      <w:r>
        <w:rPr>
          <w:rFonts w:ascii="Calibri Light" w:hAnsi="Calibri Light"/>
          <w:b/>
          <w:lang w:val="cs-CZ"/>
        </w:rPr>
        <w:t xml:space="preserve">Město: </w:t>
      </w:r>
      <w:r>
        <w:rPr>
          <w:rFonts w:ascii="Calibri Light" w:hAnsi="Calibri Light"/>
          <w:lang w:val="cs-CZ"/>
        </w:rPr>
        <w:t>________________________________</w:t>
      </w:r>
      <w:r>
        <w:rPr>
          <w:rFonts w:ascii="Calibri Light" w:hAnsi="Calibri Light"/>
          <w:lang w:val="cs-CZ"/>
        </w:rPr>
        <w:t>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PSČ: </w:t>
      </w:r>
      <w:r>
        <w:rPr>
          <w:rFonts w:ascii="Calibri Light" w:hAnsi="Calibri Light"/>
          <w:lang w:val="cs-CZ"/>
        </w:rPr>
        <w:t>________________________________________</w:t>
      </w:r>
      <w:r>
        <w:rPr>
          <w:rFonts w:ascii="Calibri Light" w:hAnsi="Calibri Light"/>
          <w:lang w:val="cs-CZ"/>
        </w:rPr>
        <w:t xml:space="preserve">__  </w:t>
      </w:r>
      <w:r>
        <w:rPr>
          <w:rFonts w:ascii="Calibri Light" w:hAnsi="Calibri Light"/>
          <w:b/>
          <w:lang w:val="cs-CZ"/>
        </w:rPr>
        <w:t xml:space="preserve">Telefon: </w:t>
      </w:r>
      <w:r>
        <w:rPr>
          <w:rFonts w:ascii="Calibri Light" w:hAnsi="Calibri Light"/>
          <w:lang w:val="cs-CZ"/>
        </w:rPr>
        <w:t>__________________________________</w:t>
      </w:r>
      <w:r>
        <w:rPr>
          <w:rFonts w:ascii="Calibri Light" w:hAnsi="Calibri Light"/>
          <w:lang w:val="cs-CZ"/>
        </w:rPr>
        <w:t>_____</w:t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Pohlaví:</w:t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 xml:space="preserve">☐ </w:t>
      </w:r>
      <w:r>
        <w:rPr>
          <w:rFonts w:ascii="Calibri Light" w:hAnsi="Calibri Light"/>
          <w:lang w:val="cs-CZ"/>
        </w:rPr>
        <w:t>žena            ☐ muž</w:t>
      </w:r>
    </w:p>
    <w:p>
      <w:pPr>
        <w:pStyle w:val="Normal"/>
        <w:spacing w:before="285" w:after="485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Datum narození </w:t>
      </w:r>
      <w:r>
        <w:rPr>
          <w:rFonts w:ascii="Calibri Light" w:hAnsi="Calibri Light"/>
          <w:b w:val="false"/>
          <w:bCs w:val="false"/>
          <w:lang w:val="cs-CZ"/>
        </w:rPr>
        <w:t>(dd/mm/rrrr)</w:t>
      </w:r>
      <w:r>
        <w:rPr>
          <w:rFonts w:ascii="Calibri Light" w:hAnsi="Calibri Light"/>
          <w:b/>
          <w:lang w:val="cs-CZ"/>
        </w:rPr>
        <w:t xml:space="preserve">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spacing w:before="285" w:after="485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E-mail: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Heading1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Údaje o platbě za převod</w:t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Způsob platby:</w:t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 xml:space="preserve">☐ </w:t>
      </w:r>
      <w:r>
        <w:rPr>
          <w:rFonts w:ascii="Calibri Light" w:hAnsi="Calibri Light"/>
          <w:lang w:val="cs-CZ"/>
        </w:rPr>
        <w:t xml:space="preserve">hotovost                     ☐ </w:t>
      </w:r>
      <w:r>
        <w:rPr>
          <w:rFonts w:ascii="Calibri Light" w:hAnsi="Calibri Light"/>
          <w:lang w:val="cs-CZ"/>
        </w:rPr>
        <w:t>bankovní převod</w:t>
      </w:r>
    </w:p>
    <w:p>
      <w:pPr>
        <w:pStyle w:val="Heading1"/>
        <w:rPr>
          <w:rFonts w:ascii="Calibri Light" w:hAnsi="Calibri Light"/>
          <w:color w:val="365F91"/>
          <w:lang w:val="cs-CZ"/>
        </w:rPr>
      </w:pPr>
      <w:r>
        <w:rPr>
          <w:rFonts w:ascii="Calibri Light" w:hAnsi="Calibri Light"/>
          <w:color w:val="365F91"/>
          <w:lang w:val="cs-CZ"/>
        </w:rPr>
        <w:t>Prohlášení</w:t>
      </w:r>
    </w:p>
    <w:p>
      <w:pPr>
        <w:pStyle w:val="BodyText"/>
        <w:jc w:val="start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>Potvrzuji, že se nacházím v dobrém zdravotním stavu a nejsem si vědom/a žádných zdravotních omezení, která by mi bránila ve využívání služeb a cvičení v</w:t>
      </w:r>
      <w:r>
        <w:rPr>
          <w:rFonts w:ascii="Calibri Light" w:hAnsi="Calibri Light"/>
          <w:sz w:val="22"/>
          <w:szCs w:val="22"/>
          <w:lang w:val="cs-CZ"/>
        </w:rPr>
        <w:t>e fitcentru Sypatch gym Fitness</w:t>
      </w:r>
      <w:r>
        <w:rPr>
          <w:rFonts w:ascii="Calibri Light" w:hAnsi="Calibri Light"/>
          <w:sz w:val="22"/>
          <w:szCs w:val="22"/>
          <w:lang w:val="cs-CZ"/>
        </w:rPr>
        <w:t>. Současně beru na vědomí svou odpovědnost za vlastní zdraví a zavazuji se, že jakoukoli pohybovou aktivitu budu vykonávat tak, abych neohrozil/a svou fyzickou ani psychickou pohodu.</w:t>
      </w:r>
    </w:p>
    <w:p>
      <w:pPr>
        <w:pStyle w:val="BodyText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 xml:space="preserve">Tímto podávám žádost o členství ve společnosti </w:t>
      </w:r>
      <w:r>
        <w:rPr>
          <w:rFonts w:ascii="Calibri Light" w:hAnsi="Calibri Light"/>
          <w:sz w:val="22"/>
          <w:szCs w:val="22"/>
          <w:lang w:val="cs-CZ"/>
        </w:rPr>
        <w:t>Buprko</w:t>
      </w:r>
      <w:r>
        <w:rPr>
          <w:rFonts w:ascii="Calibri Light" w:hAnsi="Calibri Light"/>
          <w:sz w:val="22"/>
          <w:szCs w:val="22"/>
          <w:lang w:val="cs-CZ"/>
        </w:rPr>
        <w:t xml:space="preserve"> s.r.o., IČO: </w:t>
      </w:r>
      <w:r>
        <w:rPr>
          <w:rFonts w:ascii="Calibri Light" w:hAnsi="Calibri Light"/>
          <w:sz w:val="22"/>
          <w:szCs w:val="22"/>
          <w:lang w:val="cs-CZ"/>
        </w:rPr>
        <w:t>21904162</w:t>
      </w:r>
      <w:r>
        <w:rPr>
          <w:rFonts w:ascii="Calibri Light" w:hAnsi="Calibri Light"/>
          <w:sz w:val="22"/>
          <w:szCs w:val="22"/>
          <w:lang w:val="cs-CZ"/>
        </w:rPr>
        <w:t xml:space="preserve">, se sídlem </w:t>
      </w:r>
      <w:r>
        <w:rPr>
          <w:rFonts w:ascii="Calibri Light" w:hAnsi="Calibri Light"/>
          <w:sz w:val="22"/>
          <w:szCs w:val="22"/>
          <w:lang w:val="cs-CZ"/>
        </w:rPr>
        <w:t>Hornoměstská 2181/10a</w:t>
      </w:r>
      <w:r>
        <w:rPr>
          <w:rFonts w:ascii="Calibri Light" w:hAnsi="Calibri Light"/>
          <w:sz w:val="22"/>
          <w:szCs w:val="22"/>
          <w:lang w:val="cs-CZ"/>
        </w:rPr>
        <w:t xml:space="preserve">, </w:t>
      </w:r>
      <w:r>
        <w:rPr>
          <w:rFonts w:ascii="Calibri Light" w:hAnsi="Calibri Light"/>
          <w:sz w:val="22"/>
          <w:szCs w:val="22"/>
          <w:lang w:val="cs-CZ"/>
        </w:rPr>
        <w:t>594</w:t>
      </w:r>
      <w:r>
        <w:rPr>
          <w:rFonts w:ascii="Calibri Light" w:hAnsi="Calibri Light"/>
          <w:sz w:val="22"/>
          <w:szCs w:val="22"/>
          <w:lang w:val="cs-CZ"/>
        </w:rPr>
        <w:t xml:space="preserve"> 0</w:t>
      </w:r>
      <w:r>
        <w:rPr>
          <w:rFonts w:ascii="Calibri Light" w:hAnsi="Calibri Light"/>
          <w:sz w:val="22"/>
          <w:szCs w:val="22"/>
          <w:lang w:val="cs-CZ"/>
        </w:rPr>
        <w:t>1</w:t>
      </w:r>
      <w:r>
        <w:rPr>
          <w:rFonts w:ascii="Calibri Light" w:hAnsi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/>
          <w:sz w:val="22"/>
          <w:szCs w:val="22"/>
          <w:lang w:val="cs-CZ"/>
        </w:rPr>
        <w:t>Velké Meziříčí</w:t>
      </w:r>
      <w:r>
        <w:rPr>
          <w:rFonts w:ascii="Calibri Light" w:hAnsi="Calibri Light"/>
          <w:sz w:val="22"/>
          <w:szCs w:val="22"/>
          <w:lang w:val="cs-CZ"/>
        </w:rPr>
        <w:t>. Prohlašuji, že jsem se před podáním této žádosti řádně seznámil/a s jejími smluvními a obchodními podmínkami a souhlasím s nimi, přičemž se zavazuji je plně dodržovat.</w:t>
      </w:r>
    </w:p>
    <w:p>
      <w:pPr>
        <w:pStyle w:val="BodyText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 xml:space="preserve">Zároveň se zavazuji respektovat pravidla provozu </w:t>
      </w:r>
      <w:r>
        <w:rPr>
          <w:rFonts w:ascii="Calibri Light" w:hAnsi="Calibri Light"/>
          <w:sz w:val="22"/>
          <w:szCs w:val="22"/>
          <w:lang w:val="cs-CZ"/>
        </w:rPr>
        <w:t>fitcentra</w:t>
      </w:r>
      <w:r>
        <w:rPr>
          <w:rFonts w:ascii="Calibri Light" w:hAnsi="Calibri Light"/>
          <w:sz w:val="22"/>
          <w:szCs w:val="22"/>
          <w:lang w:val="cs-CZ"/>
        </w:rPr>
        <w:t xml:space="preserve"> a jsem si vědom/a, že jejich nedodržení může být posuzováno jako závažné porušení mých smluvních povinností.</w:t>
      </w:r>
    </w:p>
    <w:p>
      <w:pPr>
        <w:pStyle w:val="Normal"/>
        <w:jc w:val="start"/>
        <w:rPr>
          <w:rFonts w:ascii="Calibri Light" w:hAnsi="Calibri Light"/>
          <w:sz w:val="16"/>
          <w:lang w:val="cs-CZ"/>
        </w:rPr>
      </w:pPr>
      <w:r>
        <w:rPr>
          <w:rFonts w:ascii="Calibri Light" w:hAnsi="Calibri Light"/>
          <w:sz w:val="16"/>
          <w:lang w:val="cs-CZ"/>
        </w:rPr>
      </w:r>
    </w:p>
    <w:p>
      <w:pPr>
        <w:pStyle w:val="BodyText"/>
        <w:spacing w:before="0" w:after="0"/>
        <w:jc w:val="start"/>
        <w:rPr>
          <w:rFonts w:ascii="RobotoCondensed-Regular" w:hAnsi="RobotoCondensed-Regular"/>
          <w:sz w:val="16"/>
        </w:rPr>
      </w:pPr>
      <w:r>
        <w:rPr>
          <w:rStyle w:val="Strong"/>
          <w:rFonts w:ascii="Calibri Light" w:hAnsi="Calibri Light"/>
          <w:color w:val="365F91"/>
          <w:sz w:val="28"/>
          <w:szCs w:val="28"/>
          <w:lang w:val="cs-CZ"/>
        </w:rPr>
        <w:t>INFORMACE O ZPRACOVÁNÍ OSOBNÍCH ÚDAJŮ</w:t>
      </w:r>
    </w:p>
    <w:p>
      <w:pPr>
        <w:pStyle w:val="BodyText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 xml:space="preserve">Společnost </w:t>
      </w:r>
      <w:r>
        <w:rPr>
          <w:rFonts w:ascii="Calibri Light" w:hAnsi="Calibri Light"/>
          <w:sz w:val="22"/>
          <w:szCs w:val="22"/>
          <w:lang w:val="cs-CZ"/>
        </w:rPr>
        <w:t>Buprko</w:t>
      </w:r>
      <w:r>
        <w:rPr>
          <w:rFonts w:ascii="Calibri Light" w:hAnsi="Calibri Light"/>
          <w:sz w:val="22"/>
          <w:szCs w:val="22"/>
          <w:lang w:val="cs-CZ"/>
        </w:rPr>
        <w:t xml:space="preserve"> s.r.o. zpracovává Vámi poskytnuté osobní údaje uvedené v žádosti nebo jinak sdělené, a to za účelem uzavření a správy smluvního vztahu, plnění zákonných povinností, případně na základě Vašeho souhlasu také pro zasílání obchodních sdělení či jiné účely, ke kterým udělíte souhlas.</w:t>
      </w:r>
    </w:p>
    <w:p>
      <w:pPr>
        <w:pStyle w:val="BodyText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 xml:space="preserve">☐ </w:t>
      </w:r>
      <w:r>
        <w:rPr>
          <w:rFonts w:ascii="Calibri Light" w:hAnsi="Calibri Light"/>
          <w:sz w:val="22"/>
          <w:szCs w:val="22"/>
          <w:lang w:val="cs-CZ"/>
        </w:rPr>
        <w:t>Souhlasím se zpracováním svých osobních údajů společností v následujícím rozsahu: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283" w:start="709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 xml:space="preserve">jméno a příjmení, adresa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start="709"/>
        <w:rPr>
          <w:rFonts w:ascii="Calibri Light" w:hAnsi="Calibri Light"/>
          <w:sz w:val="22"/>
          <w:szCs w:val="22"/>
          <w:lang w:val="cs-CZ"/>
        </w:rPr>
      </w:pPr>
      <w:r>
        <w:rPr>
          <w:rFonts w:ascii="Calibri Light" w:hAnsi="Calibri Light"/>
          <w:sz w:val="22"/>
          <w:szCs w:val="22"/>
          <w:lang w:val="cs-CZ"/>
        </w:rPr>
        <w:t>telefonní číslo a e-mailová adresa</w:t>
      </w:r>
    </w:p>
    <w:p>
      <w:pPr>
        <w:pStyle w:val="BodyText"/>
        <w:rPr>
          <w:rFonts w:ascii="Calibri Light" w:hAnsi="Calibri Light"/>
          <w:sz w:val="24"/>
          <w:szCs w:val="24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</w:r>
    </w:p>
    <w:p>
      <w:pPr>
        <w:pStyle w:val="BodyText"/>
        <w:rPr>
          <w:rFonts w:ascii="Calibri Light" w:hAnsi="Calibri Light"/>
          <w:sz w:val="24"/>
          <w:szCs w:val="24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widowControl/>
        <w:bidi w:val="0"/>
        <w:spacing w:lineRule="auto" w:line="276" w:before="0" w:after="200"/>
        <w:ind w:hanging="0" w:start="-850" w:end="-737"/>
        <w:jc w:val="start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  <w:t>_____________________     ________________________________     ___________________________________</w:t>
      </w:r>
    </w:p>
    <w:p>
      <w:pPr>
        <w:pStyle w:val="Normal"/>
        <w:widowControl/>
        <w:bidi w:val="0"/>
        <w:spacing w:lineRule="auto" w:line="276" w:before="0" w:after="200"/>
        <w:ind w:hanging="0" w:start="-850" w:end="0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               </w:t>
      </w:r>
      <w:r>
        <w:rPr>
          <w:rFonts w:ascii="Calibri Light" w:hAnsi="Calibri Light"/>
          <w:b/>
          <w:lang w:val="cs-CZ"/>
        </w:rPr>
        <w:t>Datum:</w:t>
      </w:r>
      <w:r>
        <w:rPr>
          <w:rFonts w:ascii="Calibri Light" w:hAnsi="Calibri Light"/>
          <w:lang w:val="cs-CZ"/>
        </w:rPr>
        <w:t xml:space="preserve">                                              </w:t>
      </w:r>
      <w:r>
        <w:rPr>
          <w:rFonts w:ascii="Calibri Light" w:hAnsi="Calibri Light"/>
          <w:b/>
          <w:lang w:val="cs-CZ"/>
        </w:rPr>
        <w:t>Podpis žadatele:                                           Podpis (</w:t>
      </w:r>
      <w:r>
        <w:rPr>
          <w:rFonts w:ascii="Calibri Light" w:hAnsi="Calibri Light"/>
          <w:b/>
          <w:lang w:val="cs-CZ"/>
        </w:rPr>
        <w:t>Buprko s.r.o.</w:t>
      </w:r>
      <w:r>
        <w:rPr>
          <w:rFonts w:ascii="Calibri Light" w:hAnsi="Calibri Light"/>
          <w:b/>
          <w:lang w:val="cs-CZ"/>
        </w:rPr>
        <w:t xml:space="preserve">): 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 w:characterSet="windows-1250"/>
    <w:family w:val="swiss"/>
    <w:pitch w:val="variable"/>
  </w:font>
  <w:font w:name="Calibri Light">
    <w:charset w:val="01"/>
    <w:family w:val="swiss"/>
    <w:pitch w:val="variable"/>
  </w:font>
  <w:font w:name="RobotoCondensed-Regular">
    <w:charset w:val="ee" w:characterSet="windows-125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LibreOffice/25.8.5.2$Windows_X86_64 LibreOffice_project/9c8b85f387cc00a89945a79c9e6239f32e450ac2</Application>
  <AppVersion>15.0000</AppVersion>
  <Pages>2</Pages>
  <Words>277</Words>
  <Characters>2251</Characters>
  <CharactersWithSpaces>2663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2026-04-08T10:00:37Z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